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7.04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85 (08.04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