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3.04.202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56 (11.04.2023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