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04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56 (11.04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