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16.12.2022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550 (13.12.2022)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