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14.09.2022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546 (13.09.2022)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