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22.06.2022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№539 (21.06.2022)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