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18.05.2022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№536 (12.05.2022)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