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07.06.2021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505 (03.06.2021)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