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20.07.2020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477 (17.07.2020)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