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20.02.2020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466 (19.02.2020)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