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26.11.2019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456 (20.11.2019)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