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10.10.2019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450 (09.10.2019)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