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15.05.2019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434 (15.05.2019)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