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19.03.2019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424 (13.03.2019)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