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08.02.2019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420 (08.02.2019)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