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31.01.2019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419 (30.01.2019)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