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03.10.2018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407 (03.10.2018)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