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12.09.2018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404 (12.09.2018)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