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16.10.2017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343 (16.10.2017)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