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06.09.2017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332 (06.09.2017)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