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339 от 23.09.2026г.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