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327 от 15.09.2026г.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№346 от 07.09.2023г.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