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от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386 от 26.09.2025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№319 от 12.09.2024г.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№341 от 14.09.2023г.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