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316 от 08.09.2026г.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№394 от 10.09.2025г.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№325 от 06.09.2024г.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№349 от 11.09.2023г.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№497 от 13.09.2022г.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605 от 17.11.2021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455 от 07.09.2021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№347 от 26.08.2020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447 от 19.08.2019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416 от 27.08.2018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