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349 от 03.09.2026г.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 рассмотрении ДК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155 от 03.04.2026г.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№522 от 28.11.2025г.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09.04.2026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№368 от 29.08.2025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04.12.2025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№377 от 25.08.2025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04.12.2025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188 от 18.04.2025г.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04.09.2025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№414 от 08.11.2024г.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24.04.2025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194 от 17.05.2024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14.11.2024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№447 от 24.11.2023г.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23.05.2024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№225 от 02.06.2023г.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30.11.2023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№118 от 13.03.2023г.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08.06.2023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№653 от 16.12.2022г.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16.03.2023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525 от 30.09.2022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22.12.2022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464 от 18.08.2022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06.10.2022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