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275 от 24.08.2026г.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№333 от 18.08.2025г.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№279 от 22.08.2024г.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№31 от 01.02.2024г.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