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286 от 18.08.2026г.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№347 от 15.08.2025г.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№448 от 08.08.2022г.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510 от 27.09.2021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412 от 06.08.2019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381 от 06.08.2018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134 от 15.08.2017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154 от 16.08.2016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116 от 19.08.2015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120 от 18.08.2014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123 от 19.08.2013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130 от 06.08.2012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