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273 от 12.08.2026г.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№331 от 11.08.2025г.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№276 от 12.08.2024г.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№315 от 14.08.2023г.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441 от 18.08.2022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562 от 19.10.2021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502 от 21.09.2021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21.10.2021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404 от13.08.2021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23.09.2021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 от 27.01.2021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