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280 от 11.08.2026г.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№338 от 06.08.2025г.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№284 от 12.08.2024г.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№320 от 09.08.2023г.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09.08.2023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№450 от 09.08.2022г.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№387/1 от 08.07.2022г.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399 от 16.08.2021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