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7 от 10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3 от 20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1 от 07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7 от 07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