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61 от 17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0 от 24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1 от 23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6 от 27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