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255 от 14.07.2026г.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№290 от 10.07.2025г.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№242 от 11.07.2024г.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№296 от 20.07.2023г.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№415 от 25.07.2022г.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363 от 27.07.2021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298 от 22.07.2020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411 от 05.08.2019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380 от 13.08.2018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23.08.2017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26.08.2016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225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123 от 03.09.2015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128 от 02.09.2014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131 от 03.09.2013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138 от 21.08.2012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