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204 от 23.06.2026г.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№248 от 30.06.2025г.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№200 от 25.06.2024г.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№232 от 29.06.2023г.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331 от 30.06.2022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