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202 от 18.06.2026г.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№253 от 09.06.2025г.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206 от 11.06.2024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№238 от 10.07.2023г.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