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187 от 25.05.2026г.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218 от 22.05.2025г.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№177 от 28.05.2024г.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№172 от 29.05.2023г.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№267 от 25.05.2022г.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248 от 25.05.2021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№214 от 02.06.2020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260 от 20.05.2019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222 от 18.05.2018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Отказать в применении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