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201 от 22.05.2026г.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125 от 10.04.2026г.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28.05.2026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160 от 14.04.2025г.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№123 от 10.04.2024г.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№133 от 12.04.2023г.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№162 от 11.04.2022г.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490 от 14.09.2021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440 от 24.08.2021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16.09.2021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424 от 04.08.2021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27.08.2021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380 от 13.07.2021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05.08.2021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269 от 25.05.2021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16.07.2021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219 от 27.04.2021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27.05.2021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155 от 12.04.2021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27.05.2021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148 от 30.03.2021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29.04.2021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 от 20.01.2021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01.04.2021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521 от 09.12.2020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21.01.2021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488 от 11.11.2020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455 от 14.10.2020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398 от 09.09.2020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15.10.2020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357 от 05.08.2020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10.09.2020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270 от 25.06.2020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06.08.2020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147 от 16.04.2020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25.06.2020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536 от 13.09.2019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199 от 30.04.2019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Отказать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184 от 16.04.2018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