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22.04.2026г.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04/2026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174 от 23.04.2025г.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19.04.2024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411 от 10.10.2023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