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от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28.04.2025г.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№143 от 24.04.2024г.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№154 от 27.04.2023г.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№197 от 25.05.2022г.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558 от 22.10.2019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505 от 16.10.2018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