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139 от 21.04.2026г.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 от 17.01.2025г.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№121 от 12.04.2023г.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