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20.04.2026г.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19.04.2023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№76 от 10.02.2023г.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№617 от 18.11.2022г.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№437 от 29.07.2022г.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24.11.2022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