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128 от 13.04.2026г.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148 от 21.04.2025г.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№144 от 24.04.2024г.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№155 от 27.04.2023г.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№198 от 29.04.2022г.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125 от 28.03.2019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