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№120 от 07.04.2026г.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153 от 09.04.2025г.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№117 от 05.04.2024г.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№126 от 07.04.2023г.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№177 от 12.04.2022г.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161 от 07.04.2021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454 от 22.08.2019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425 от 03.09.2018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