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№109 от 25.03.2026г.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27.03.2025г.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№105 от 29.03.2024г.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№112 от 30.03.2023г.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№146 т 28.03.2022г.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26.03.2021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27.03.2020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417 от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200 от 06.05.2019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16.04.2018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248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 от 17.04.2017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15.04.2016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 от 15.04.2015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 от 14.04.2014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49 от 01.04.2013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49 от 02.04.2012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