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№82 от 16.03.2026г.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103 от 12.03.2025г.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№100 от 26.03.2024г.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№105 от 24.03.2023г.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№144 от 25.03.2022г.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103 от 24.03.2021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100 от 23.03.2020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120 от 26.03.2019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