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№94 от 16.03.2026г.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16.03.2026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117 от 17.03.2025г.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№89 от 19.03.2024г.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19.03.2024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№95 от 16.03.2023г.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№137 от 21.03.2022г.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114 от 12.03.2021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95 от 16.03.2020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16.03.2020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148 от 29.03.2019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136 от 02.04.2018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02.04.2018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24 от 31.03.2017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31.03.2017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32 от 31.03.2016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35 от 31.03.2015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31.03.2015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40 от 27.03.2014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27.03.2014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38 от 14.03.2013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14.03.2013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39 от 15.03.2012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15.03.2012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