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№61 от 24.02.2026г.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24.02.2026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75 от 24.02.2025г.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№62 от 26.02.2024г.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26.02.2024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№220 от 24.05.2023г.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24.05.2023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№46 от 28.02.2023г.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28.02.2023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№81 от 21.02.2022г.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—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59 от 19.02.2021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58 от 21.02.2020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21.02.2020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66 от 21.02.2019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