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№59 от 20.02.2026г.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 от 12.02.2025г.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№60  от 22.02.2024г.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№44 от 20.02.2023г.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№79 от 18.02.2022г.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38 от 22.02.2021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56 от 20.02.2020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65 от 20.02.2019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