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 от 18.02.2026г.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68 от 19.02.2025г.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 от 19.02.2024г.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 от 17.02.2023г.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№75 от 16.02.2022г.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 от 16.02.2021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49 от 12.02.2020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174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74 от 28.02.2019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 от 15.02.2018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218 от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123 от 27.07.2017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