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№49 от 13.02.2026г.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56 от 12.02.2025г.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№45 от 13.02.2024г.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№57 от 14.02.2023г.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№68 от 14.02.2022г.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47 от 10.02.2021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67 от 11.02.2020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77 от 04.03.2019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57 от 04.02.2019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156 от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67 от 19.02.2018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 xml:space="preserve">Акт внеплановой проверки № 339 от 15.12.2017 г. 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