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№16 от 26.01.2026г.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 от 28.01.2025г.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№20 от 26.01.2024г.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№272 от 23.06.2023г.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