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№548 от 19.12.2025г.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19.12.2025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№629 от 09.12.2022г.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09.12.2022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№636 от 10.12.2019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596 от 04.12.2018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242 от 13.12.2017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226 от 13.12.2016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13.12.2016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65 от 30.03.2016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178 от 11.12.2015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31.03.2016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177 от 10.12.2014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179 от 11.12.2013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11.12.2013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186 от 28.11.2012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28.11.2012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